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0F19"/>
        </w:rPr>
        <w:t>AI starter workbook</w:t>
      </w:r>
    </w:p>
    <w:p>
      <w:r>
        <w:rPr>
          <w:i/>
        </w:rPr>
        <w:t>From the course Plain Start: AI course for beginners (trainyourself.org/career/ai-at-work/ai-for-beginners/)</w:t>
      </w:r>
    </w:p>
    <w:p>
      <w:pPr>
        <w:pStyle w:val="Heading1"/>
      </w:pPr>
      <w:r>
        <w:rPr>
          <w:color w:val="0B0F19"/>
        </w:rPr>
        <w:t>1. Task sorter (lesson 3)</w:t>
      </w:r>
    </w:p>
    <w:p>
      <w:r>
        <w:rPr>
          <w:i w:val="0"/>
        </w:rPr>
        <w:t>List five tasks from your last week. Answer the three questions, then mark two as your first AI tasks.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Task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Can I give it what it needs?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Can I check it quickly?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What if it’s wrong?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Verdict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rPr>
          <w:color w:val="0B0F19"/>
        </w:rPr>
        <w:t>2. Request builder (lesson 4)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Part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What to write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My request</w:t>
            </w:r>
          </w:p>
        </w:tc>
      </w:tr>
      <w:tr>
        <w:tc>
          <w:tcPr>
            <w:tcW w:type="dxa" w:w="2880"/>
          </w:tcPr>
          <w:p>
            <w:r>
              <w:t>Task</w:t>
            </w:r>
          </w:p>
        </w:tc>
        <w:tc>
          <w:tcPr>
            <w:tcW w:type="dxa" w:w="2880"/>
          </w:tcPr>
          <w:p>
            <w:r>
              <w:t>What you want made: “Draft a short email…”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Context</w:t>
            </w:r>
          </w:p>
        </w:tc>
        <w:tc>
          <w:tcPr>
            <w:tcW w:type="dxa" w:w="2880"/>
          </w:tcPr>
          <w:p>
            <w:r>
              <w:t>Who it’s for and why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Material</w:t>
            </w:r>
          </w:p>
        </w:tc>
        <w:tc>
          <w:tcPr>
            <w:tcW w:type="dxa" w:w="2880"/>
          </w:tcPr>
          <w:p>
            <w:r>
              <w:t>The facts to use, pasted in. “Use only these details: …”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Format</w:t>
            </w:r>
          </w:p>
        </w:tc>
        <w:tc>
          <w:tcPr>
            <w:tcW w:type="dxa" w:w="2880"/>
          </w:tcPr>
          <w:p>
            <w:r>
              <w:t>Length, tone, layout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r>
        <w:rPr>
          <w:i/>
        </w:rPr>
        <w:t>Useful follow-ups: “Shorter, and lead with the action.” · “Make it less formal.” · “List anything in your draft that isn’t in the details I gave you.”</w:t>
      </w:r>
    </w:p>
    <w:p>
      <w:pPr>
        <w:pStyle w:val="Heading1"/>
      </w:pPr>
      <w:r>
        <w:rPr>
          <w:color w:val="0B0F19"/>
        </w:rPr>
        <w:t>3. Quick check before anything leaves your screen</w:t>
      </w:r>
    </w:p>
    <w:p>
      <w:pPr>
        <w:pStyle w:val="ListBullet"/>
      </w:pPr>
      <w:r>
        <w:t>Every fact, name, date and number is one I supplied or checked against the original.</w:t>
      </w:r>
    </w:p>
    <w:p>
      <w:pPr>
        <w:pStyle w:val="ListBullet"/>
      </w:pPr>
      <w:r>
        <w:t>I would be comfortable signing it.</w:t>
      </w:r>
    </w:p>
    <w:p>
      <w:pPr>
        <w:pStyle w:val="ListBullet"/>
      </w:pPr>
      <w:r>
        <w:t>It follows my workplace’s rules on AI use and approved tools.</w:t>
      </w:r>
    </w:p>
    <w:p>
      <w:pPr>
        <w:pStyle w:val="ListBullet"/>
      </w:pPr>
      <w:r>
        <w:t>Any figure or rule that matters comes from the official source, with a link.</w:t>
      </w:r>
    </w:p>
    <w:p>
      <w:pPr>
        <w:pStyle w:val="Heading1"/>
      </w:pPr>
      <w:r>
        <w:rPr>
          <w:color w:val="0B0F19"/>
        </w:rPr>
        <w:t>4. What not to paste into a tool your employer hasn’t approved (lesson 5)</w:t>
      </w:r>
    </w:p>
    <w:p>
      <w:pPr>
        <w:pStyle w:val="ListBullet"/>
      </w:pPr>
      <w:r>
        <w:t>Names with details, contact information, ID numbers</w:t>
      </w:r>
    </w:p>
    <w:p>
      <w:pPr>
        <w:pStyle w:val="ListBullet"/>
      </w:pPr>
      <w:r>
        <w:t>Health, financial or other sensitive information</w:t>
      </w:r>
    </w:p>
    <w:p>
      <w:pPr>
        <w:pStyle w:val="ListBullet"/>
      </w:pPr>
      <w:r>
        <w:t>Passwords, card numbers, security codes</w:t>
      </w:r>
    </w:p>
    <w:p>
      <w:pPr>
        <w:pStyle w:val="ListBullet"/>
      </w:pPr>
      <w:r>
        <w:t>Anything marked confidential or classified</w:t>
      </w:r>
    </w:p>
    <w:p>
      <w:pPr>
        <w:pStyle w:val="ListBullet"/>
      </w:pPr>
      <w:r>
        <w:t>Give the situation, not the person: use placeholders such as [name] and [date].</w:t>
      </w:r>
    </w:p>
    <w:p>
      <w:r>
        <w:rPr>
          <w:i w:val="0"/>
        </w:rPr>
        <w:t>Settings to check in your tool: is my input used to improve the product, and can I turn it off? How long is it kept? Is this the version my employer approved?</w:t>
      </w:r>
    </w:p>
    <w:p>
      <w:pPr>
        <w:pStyle w:val="Heading1"/>
      </w:pPr>
      <w:r>
        <w:rPr>
          <w:color w:val="0B0F19"/>
        </w:rPr>
        <w:t>5. My 30-day plan (lesson 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Week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Done?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Check my workplace’s AI rules; check my tool’s settings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Try two tasks, with the quick check every time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Save the requests that worked, and where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Review: what saved time, what needed fixing, one task I’ll stop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r>
        <w:rPr>
          <w:i w:val="0"/>
        </w:rPr>
        <w:t>One task I’ve decided not to use AI for, and why: ______________________________</w:t>
      </w:r>
    </w:p>
    <w:p/>
    <w:p>
      <w:r>
        <w:rPr>
          <w:color w:val="5B6270"/>
          <w:sz w:val="17"/>
        </w:rPr>
        <w:t>trainyourself.org · Version 24 October 2026 · General information, not legal, IT security, employment or professional advice. Your employer’s policies and approved tools come first. All people and organisations in examples are fictional.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starter workbook</dc:title>
  <dc:subject/>
  <dc:creator>trainyourself.org</dc:creator>
  <cp:keywords/>
  <dc:description>generated by python-docx</dc:description>
  <cp:lastModifiedBy/>
  <cp:revision>1</cp:revision>
  <dcterms:created xsi:type="dcterms:W3CDTF">2026-10-24T09:00:00Z</dcterms:created>
  <dcterms:modified xsi:type="dcterms:W3CDTF">2026-10-24T09:00:00Z</dcterms:modified>
  <cp:category/>
</cp:coreProperties>
</file>