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B0F19"/>
        </w:rPr>
        <w:t>Cover letter planner</w:t>
      </w:r>
    </w:p>
    <w:p>
      <w:r>
        <w:rPr>
          <w:i/>
        </w:rPr>
        <w:t>From the course Proof Points: resume and cover letter writing with AI, lessons 7 and 8 (trainyourself.org/career/career-changers/resume-with-ai/)</w:t>
      </w:r>
    </w:p>
    <w:p>
      <w:pPr>
        <w:pStyle w:val="Heading1"/>
      </w:pPr>
      <w:r>
        <w:rPr>
          <w:color w:val="0B0F19"/>
        </w:rPr>
        <w:t>1. Match table</w:t>
      </w:r>
    </w:p>
    <w:p>
      <w:r>
        <w:rPr>
          <w:i w:val="0"/>
        </w:rPr>
        <w:t>List the main requirements from the job ad, then your real evidence for each. Leave a row blank rather than invent something.</w:t>
      </w:r>
    </w:p>
    <w:tbl>
      <w:tblPr>
        <w:tblStyle w:val="TableGrid"/>
        <w:tblW w:type="auto" w:w="0"/>
        <w:tblLook w:firstColumn="1" w:firstRow="1" w:lastColumn="0" w:lastRow="0" w:noHBand="0" w:noVBand="1" w:val="04A0"/>
      </w:tblPr>
      <w:tblGrid>
        <w:gridCol w:w="2880"/>
        <w:gridCol w:w="2880"/>
        <w:gridCol w:w="2880"/>
      </w:tblGrid>
      <w:tr>
        <w:tc>
          <w:tcPr>
            <w:tcW w:type="dxa" w:w="2880"/>
            <w:shd w:val="clear" w:color="auto" w:fill="0B0F19"/>
          </w:tcPr>
          <w:p>
            <w:r>
              <w:rPr>
                <w:b/>
                <w:color w:val="FFFFFF"/>
              </w:rPr>
              <w:t>Requirement from the ad</w:t>
            </w:r>
          </w:p>
        </w:tc>
        <w:tc>
          <w:tcPr>
            <w:tcW w:type="dxa" w:w="2880"/>
            <w:shd w:val="clear" w:color="auto" w:fill="0B0F19"/>
          </w:tcPr>
          <w:p>
            <w:r>
              <w:rPr>
                <w:b/>
                <w:color w:val="FFFFFF"/>
              </w:rPr>
              <w:t>My evidence (what I did, where, result)</w:t>
            </w:r>
          </w:p>
        </w:tc>
        <w:tc>
          <w:tcPr>
            <w:tcW w:type="dxa" w:w="2880"/>
            <w:shd w:val="clear" w:color="auto" w:fill="0B0F19"/>
          </w:tcPr>
          <w:p>
            <w:r>
              <w:rPr>
                <w:b/>
                <w:color w:val="FFFFFF"/>
              </w:rPr>
              <w:t>Use in letter?</w:t>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bl>
    <w:p/>
    <w:p>
      <w:pPr>
        <w:pStyle w:val="Heading1"/>
      </w:pPr>
      <w:r>
        <w:rPr>
          <w:color w:val="0B0F19"/>
        </w:rPr>
        <w:t>2. Your voice notes</w:t>
      </w:r>
    </w:p>
    <w:p>
      <w:r>
        <w:rPr>
          <w:i w:val="0"/>
        </w:rPr>
        <w:t>Write three sentences in your own words: why this role, why this employer, and what you are proud of. Paste them into your prompt so the draft sounds like you.</w:t>
      </w:r>
    </w:p>
    <w:tbl>
      <w:tblPr>
        <w:tblStyle w:val="TableGrid"/>
        <w:tblW w:type="auto" w:w="0"/>
        <w:tblLook w:firstColumn="1" w:firstRow="1" w:lastColumn="0" w:lastRow="0" w:noHBand="0" w:noVBand="1" w:val="04A0"/>
      </w:tblPr>
      <w:tblGrid>
        <w:gridCol w:w="2880"/>
        <w:gridCol w:w="2880"/>
        <w:gridCol w:w="2880"/>
      </w:tblGrid>
      <w:tr>
        <w:tc>
          <w:tcPr>
            <w:tcW w:type="dxa" w:w="2880"/>
            <w:shd w:val="clear" w:color="auto" w:fill="0B0F19"/>
          </w:tcPr>
          <w:p>
            <w:r>
              <w:rPr>
                <w:b/>
                <w:color w:val="FFFFFF"/>
              </w:rPr>
              <w:t>Why this role</w:t>
            </w:r>
          </w:p>
        </w:tc>
        <w:tc>
          <w:tcPr>
            <w:tcW w:type="dxa" w:w="2880"/>
            <w:shd w:val="clear" w:color="auto" w:fill="0B0F19"/>
          </w:tcPr>
          <w:p>
            <w:r>
              <w:rPr>
                <w:b/>
                <w:color w:val="FFFFFF"/>
              </w:rPr>
              <w:t>Why this employer</w:t>
            </w:r>
          </w:p>
        </w:tc>
        <w:tc>
          <w:tcPr>
            <w:tcW w:type="dxa" w:w="2880"/>
            <w:shd w:val="clear" w:color="auto" w:fill="0B0F19"/>
          </w:tcPr>
          <w:p>
            <w:r>
              <w:rPr>
                <w:b/>
                <w:color w:val="FFFFFF"/>
              </w:rPr>
              <w:t>What I’m proud of</w:t>
            </w:r>
          </w:p>
        </w:tc>
      </w:tr>
      <w:tr>
        <w:tc>
          <w:tcPr>
            <w:tcW w:type="dxa" w:w="2880"/>
          </w:tcPr>
          <w:p>
            <w:r/>
          </w:p>
        </w:tc>
        <w:tc>
          <w:tcPr>
            <w:tcW w:type="dxa" w:w="2880"/>
          </w:tcPr>
          <w:p>
            <w:r/>
          </w:p>
        </w:tc>
        <w:tc>
          <w:tcPr>
            <w:tcW w:type="dxa" w:w="2880"/>
          </w:tcPr>
          <w:p>
            <w:r/>
          </w:p>
        </w:tc>
      </w:tr>
    </w:tbl>
    <w:p/>
    <w:p>
      <w:pPr>
        <w:pStyle w:val="Heading1"/>
      </w:pPr>
      <w:r>
        <w:rPr>
          <w:color w:val="0B0F19"/>
        </w:rPr>
        <w:t>3. Drafting prompt</w:t>
      </w:r>
    </w:p>
    <w:p>
      <w:r>
        <w:rPr>
          <w:rFonts w:ascii="Consolas" w:hAnsi="Consolas"/>
          <w:i w:val="0"/>
          <w:sz w:val="19"/>
        </w:rPr>
        <w:t>Using only the facts in my match table and voice notes below, draft a cover letter for the job ad between the ### marks. Three to four short paragraphs, under 350 words. Use my voice notes for tone. Don’t add skills, numbers or achievements that aren’t in my notes. Mark anything you’re unsure about with [check].</w:t>
        <w:br/>
        <w:t>###</w:t>
        <w:br/>
        <w:t>[job ad]</w:t>
        <w:br/>
        <w:t>###</w:t>
        <w:br/>
        <w:t>[match table]</w:t>
        <w:br/>
        <w:t>[voice notes]</w:t>
      </w:r>
    </w:p>
    <w:p>
      <w:pPr>
        <w:pStyle w:val="Heading1"/>
      </w:pPr>
      <w:r>
        <w:rPr>
          <w:color w:val="0B0F19"/>
        </w:rPr>
        <w:t>4. Before you send</w:t>
      </w:r>
    </w:p>
    <w:p>
      <w:pPr>
        <w:pStyle w:val="ListBullet"/>
      </w:pPr>
      <w:r>
        <w:t>Every claim is true and I could talk about it in an interview.</w:t>
      </w:r>
    </w:p>
    <w:p>
      <w:pPr>
        <w:pStyle w:val="ListBullet"/>
      </w:pPr>
      <w:r>
        <w:t>Any number the AI added that isn’t mine has been removed.</w:t>
      </w:r>
    </w:p>
    <w:p>
      <w:pPr>
        <w:pStyle w:val="ListBullet"/>
      </w:pPr>
      <w:r>
        <w:t>It is addressed to a person or role, and names the job and employer correctly.</w:t>
      </w:r>
    </w:p>
    <w:p>
      <w:pPr>
        <w:pStyle w:val="ListBullet"/>
      </w:pPr>
      <w:r>
        <w:t>It reads like me: I have changed any phrase I would never say.</w:t>
      </w:r>
    </w:p>
    <w:p>
      <w:pPr>
        <w:pStyle w:val="ListBullet"/>
      </w:pPr>
      <w:r>
        <w:t>It is one page or less, and I have followed any length or format the ad asks for.</w:t>
      </w:r>
    </w:p>
    <w:p>
      <w:pPr>
        <w:pStyle w:val="ListBullet"/>
      </w:pPr>
      <w:r>
        <w:t>If the ad lists selection criteria, I have answered them as asked.</w:t>
      </w:r>
    </w:p>
    <w:p>
      <w:pPr>
        <w:pStyle w:val="ListBullet"/>
      </w:pPr>
      <w:r>
        <w:t>Spelling and names checked; the file is saved with a professional name.</w:t>
      </w:r>
    </w:p>
    <w:p/>
    <w:p>
      <w:r>
        <w:rPr>
          <w:color w:val="5B6270"/>
          <w:sz w:val="17"/>
        </w:rPr>
        <w:t>trainyourself.org · Version 24 October 2026 · General information, not careers, legal or employment advice. No course or template can promise an interview or a job. All people and companies in examples are fictional.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planner</dc:title>
  <dc:subject/>
  <dc:creator>trainyourself.org</dc:creator>
  <cp:keywords/>
  <dc:description>generated by python-docx</dc:description>
  <cp:lastModifiedBy/>
  <cp:revision>1</cp:revision>
  <dcterms:created xsi:type="dcterms:W3CDTF">2026-10-24T09:00:00Z</dcterms:created>
  <dcterms:modified xsi:type="dcterms:W3CDTF">2026-10-24T09:00:00Z</dcterms:modified>
  <cp:category/>
</cp:coreProperties>
</file>