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color w:val="0B0F19"/>
        </w:rPr>
        <w:t>Interview practice pack</w:t>
      </w:r>
    </w:p>
    <w:p>
      <w:r>
        <w:rPr>
          <w:i/>
        </w:rPr>
        <w:t>From the course Practice Room: interview skills training, practise job interviews with AI (trainyourself.org/career/career-changers/job-interview-practice-with-ai/)</w:t>
      </w:r>
    </w:p>
    <w:p>
      <w:pPr>
        <w:pStyle w:val="Heading1"/>
      </w:pPr>
      <w:r>
        <w:rPr>
          <w:color w:val="0B0F19"/>
        </w:rPr>
        <w:t>1. Before the day</w:t>
      </w:r>
    </w:p>
    <w:p>
      <w:pPr>
        <w:pStyle w:val="ListBullet"/>
      </w:pPr>
      <w:r>
        <w:t>Who is interviewing me (one person or a panel)?</w:t>
      </w:r>
    </w:p>
    <w:p>
      <w:pPr>
        <w:pStyle w:val="ListBullet"/>
      </w:pPr>
      <w:r>
        <w:t>Questions only, or tasks too?</w:t>
      </w:r>
    </w:p>
    <w:p>
      <w:pPr>
        <w:pStyle w:val="ListBullet"/>
      </w:pPr>
      <w:r>
        <w:t>Do I need to bring or prepare anything?</w:t>
      </w:r>
    </w:p>
    <w:p>
      <w:pPr>
        <w:pStyle w:val="ListBullet"/>
      </w:pPr>
      <w:r>
        <w:t>Format: in person, phone, live video or pre-recorded?</w:t>
      </w:r>
    </w:p>
    <w:p>
      <w:pPr>
        <w:pStyle w:val="ListBullet"/>
      </w:pPr>
      <w:r>
        <w:t>I have re-read the job ad and everything I sent.</w:t>
      </w:r>
    </w:p>
    <w:p>
      <w:pPr>
        <w:pStyle w:val="Heading1"/>
      </w:pPr>
      <w:r>
        <w:rPr>
          <w:color w:val="0B0F19"/>
        </w:rPr>
        <w:t>2. STAR story bank</w:t>
      </w:r>
    </w:p>
    <w:p>
      <w:r>
        <w:rPr>
          <w:i w:val="0"/>
        </w:rPr>
        <w:t>Situation, Task, Action, Result (and what you learned). Aim for six to eight stories, each one to two minutes spoken. Examples can come from work, home or volunteering.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  <w:shd w:val="clear" w:color="auto" w:fill="0B0F19"/>
          </w:tcPr>
          <w:p>
            <w:r>
              <w:rPr>
                <w:b/>
                <w:color w:val="FFFFFF"/>
              </w:rPr>
              <w:t>Requirement it shows</w:t>
            </w:r>
          </w:p>
        </w:tc>
        <w:tc>
          <w:tcPr>
            <w:tcW w:type="dxa" w:w="1728"/>
            <w:shd w:val="clear" w:color="auto" w:fill="0B0F19"/>
          </w:tcPr>
          <w:p>
            <w:r>
              <w:rPr>
                <w:b/>
                <w:color w:val="FFFFFF"/>
              </w:rPr>
              <w:t>Situation</w:t>
            </w:r>
          </w:p>
        </w:tc>
        <w:tc>
          <w:tcPr>
            <w:tcW w:type="dxa" w:w="1728"/>
            <w:shd w:val="clear" w:color="auto" w:fill="0B0F19"/>
          </w:tcPr>
          <w:p>
            <w:r>
              <w:rPr>
                <w:b/>
                <w:color w:val="FFFFFF"/>
              </w:rPr>
              <w:t>Task</w:t>
            </w:r>
          </w:p>
        </w:tc>
        <w:tc>
          <w:tcPr>
            <w:tcW w:type="dxa" w:w="1728"/>
            <w:shd w:val="clear" w:color="auto" w:fill="0B0F19"/>
          </w:tcPr>
          <w:p>
            <w:r>
              <w:rPr>
                <w:b/>
                <w:color w:val="FFFFFF"/>
              </w:rPr>
              <w:t>Action (what I did)</w:t>
            </w:r>
          </w:p>
        </w:tc>
        <w:tc>
          <w:tcPr>
            <w:tcW w:type="dxa" w:w="1728"/>
            <w:shd w:val="clear" w:color="auto" w:fill="0B0F19"/>
          </w:tcPr>
          <w:p>
            <w:r>
              <w:rPr>
                <w:b/>
                <w:color w:val="FFFFFF"/>
              </w:rPr>
              <w:t>Result and what I learned</w:t>
            </w:r>
          </w:p>
        </w:tc>
      </w:tr>
      <w:tr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</w:tr>
    </w:tbl>
    <w:p/>
    <w:p>
      <w:pPr>
        <w:pStyle w:val="Heading1"/>
      </w:pPr>
      <w:r>
        <w:rPr>
          <w:color w:val="0B0F19"/>
        </w:rPr>
        <w:t>3. Question map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  <w:shd w:val="clear" w:color="auto" w:fill="0B0F19"/>
          </w:tcPr>
          <w:p>
            <w:r>
              <w:rPr>
                <w:b/>
                <w:color w:val="FFFFFF"/>
              </w:rPr>
              <w:t>Likely question</w:t>
            </w:r>
          </w:p>
        </w:tc>
        <w:tc>
          <w:tcPr>
            <w:tcW w:type="dxa" w:w="2880"/>
            <w:shd w:val="clear" w:color="auto" w:fill="0B0F19"/>
          </w:tcPr>
          <w:p>
            <w:r>
              <w:rPr>
                <w:b/>
                <w:color w:val="FFFFFF"/>
              </w:rPr>
              <w:t>Story or answer I will use</w:t>
            </w:r>
          </w:p>
        </w:tc>
        <w:tc>
          <w:tcPr>
            <w:tcW w:type="dxa" w:w="2880"/>
            <w:shd w:val="clear" w:color="auto" w:fill="0B0F19"/>
          </w:tcPr>
          <w:p>
            <w:r>
              <w:rPr>
                <w:b/>
                <w:color w:val="FFFFFF"/>
              </w:rPr>
              <w:t>Ready? (Y/N)</w:t>
            </w:r>
          </w:p>
        </w:tc>
      </w:tr>
      <w:tr>
        <w:tc>
          <w:tcPr>
            <w:tcW w:type="dxa" w:w="2880"/>
          </w:tcPr>
          <w:p>
            <w:r>
              <w:t>Tell me about yourself.</w:t>
            </w:r>
          </w:p>
        </w:tc>
        <w:tc>
          <w:tcPr>
            <w:tcW w:type="dxa" w:w="2880"/>
          </w:tcPr>
          <w:p>
            <w:r/>
          </w:p>
        </w:tc>
        <w:tc>
          <w:tcPr>
            <w:tcW w:type="dxa" w:w="2880"/>
          </w:tcPr>
          <w:p>
            <w:r/>
          </w:p>
        </w:tc>
      </w:tr>
      <w:tr>
        <w:tc>
          <w:tcPr>
            <w:tcW w:type="dxa" w:w="2880"/>
          </w:tcPr>
          <w:p>
            <w:r>
              <w:t>Why do you want this job?</w:t>
            </w:r>
          </w:p>
        </w:tc>
        <w:tc>
          <w:tcPr>
            <w:tcW w:type="dxa" w:w="2880"/>
          </w:tcPr>
          <w:p>
            <w:r/>
          </w:p>
        </w:tc>
        <w:tc>
          <w:tcPr>
            <w:tcW w:type="dxa" w:w="2880"/>
          </w:tcPr>
          <w:p>
            <w:r/>
          </w:p>
        </w:tc>
      </w:tr>
      <w:tr>
        <w:tc>
          <w:tcPr>
            <w:tcW w:type="dxa" w:w="2880"/>
          </w:tcPr>
          <w:p>
            <w:r>
              <w:t>What are your strengths?</w:t>
            </w:r>
          </w:p>
        </w:tc>
        <w:tc>
          <w:tcPr>
            <w:tcW w:type="dxa" w:w="2880"/>
          </w:tcPr>
          <w:p>
            <w:r/>
          </w:p>
        </w:tc>
        <w:tc>
          <w:tcPr>
            <w:tcW w:type="dxa" w:w="2880"/>
          </w:tcPr>
          <w:p>
            <w:r/>
          </w:p>
        </w:tc>
      </w:tr>
      <w:tr>
        <w:tc>
          <w:tcPr>
            <w:tcW w:type="dxa" w:w="2880"/>
          </w:tcPr>
          <w:p>
            <w:r>
              <w:t>What is your main weakness?</w:t>
            </w:r>
          </w:p>
        </w:tc>
        <w:tc>
          <w:tcPr>
            <w:tcW w:type="dxa" w:w="2880"/>
          </w:tcPr>
          <w:p>
            <w:r/>
          </w:p>
        </w:tc>
        <w:tc>
          <w:tcPr>
            <w:tcW w:type="dxa" w:w="2880"/>
          </w:tcPr>
          <w:p>
            <w:r/>
          </w:p>
        </w:tc>
      </w:tr>
      <w:tr>
        <w:tc>
          <w:tcPr>
            <w:tcW w:type="dxa" w:w="2880"/>
          </w:tcPr>
          <w:p>
            <w:r>
              <w:t>Tell me about a time you solved a problem.</w:t>
            </w:r>
          </w:p>
        </w:tc>
        <w:tc>
          <w:tcPr>
            <w:tcW w:type="dxa" w:w="2880"/>
          </w:tcPr>
          <w:p>
            <w:r/>
          </w:p>
        </w:tc>
        <w:tc>
          <w:tcPr>
            <w:tcW w:type="dxa" w:w="2880"/>
          </w:tcPr>
          <w:p>
            <w:r/>
          </w:p>
        </w:tc>
      </w:tr>
      <w:tr>
        <w:tc>
          <w:tcPr>
            <w:tcW w:type="dxa" w:w="2880"/>
          </w:tcPr>
          <w:p>
            <w:r>
              <w:t>Tell me about a time you worked under pressure.</w:t>
            </w:r>
          </w:p>
        </w:tc>
        <w:tc>
          <w:tcPr>
            <w:tcW w:type="dxa" w:w="2880"/>
          </w:tcPr>
          <w:p>
            <w:r/>
          </w:p>
        </w:tc>
        <w:tc>
          <w:tcPr>
            <w:tcW w:type="dxa" w:w="2880"/>
          </w:tcPr>
          <w:p>
            <w:r/>
          </w:p>
        </w:tc>
      </w:tr>
      <w:tr>
        <w:tc>
          <w:tcPr>
            <w:tcW w:type="dxa" w:w="2880"/>
          </w:tcPr>
          <w:p>
            <w:r/>
          </w:p>
        </w:tc>
        <w:tc>
          <w:tcPr>
            <w:tcW w:type="dxa" w:w="2880"/>
          </w:tcPr>
          <w:p>
            <w:r/>
          </w:p>
        </w:tc>
        <w:tc>
          <w:tcPr>
            <w:tcW w:type="dxa" w:w="2880"/>
          </w:tcPr>
          <w:p>
            <w:r/>
          </w:p>
        </w:tc>
      </w:tr>
      <w:tr>
        <w:tc>
          <w:tcPr>
            <w:tcW w:type="dxa" w:w="2880"/>
          </w:tcPr>
          <w:p>
            <w:r/>
          </w:p>
        </w:tc>
        <w:tc>
          <w:tcPr>
            <w:tcW w:type="dxa" w:w="2880"/>
          </w:tcPr>
          <w:p>
            <w:r/>
          </w:p>
        </w:tc>
        <w:tc>
          <w:tcPr>
            <w:tcW w:type="dxa" w:w="2880"/>
          </w:tcPr>
          <w:p>
            <w:r/>
          </w:p>
        </w:tc>
      </w:tr>
      <w:tr>
        <w:tc>
          <w:tcPr>
            <w:tcW w:type="dxa" w:w="2880"/>
          </w:tcPr>
          <w:p>
            <w:r/>
          </w:p>
        </w:tc>
        <w:tc>
          <w:tcPr>
            <w:tcW w:type="dxa" w:w="2880"/>
          </w:tcPr>
          <w:p>
            <w:r/>
          </w:p>
        </w:tc>
        <w:tc>
          <w:tcPr>
            <w:tcW w:type="dxa" w:w="2880"/>
          </w:tcPr>
          <w:p>
            <w:r/>
          </w:p>
        </w:tc>
      </w:tr>
      <w:tr>
        <w:tc>
          <w:tcPr>
            <w:tcW w:type="dxa" w:w="2880"/>
          </w:tcPr>
          <w:p>
            <w:r/>
          </w:p>
        </w:tc>
        <w:tc>
          <w:tcPr>
            <w:tcW w:type="dxa" w:w="2880"/>
          </w:tcPr>
          <w:p>
            <w:r/>
          </w:p>
        </w:tc>
        <w:tc>
          <w:tcPr>
            <w:tcW w:type="dxa" w:w="2880"/>
          </w:tcPr>
          <w:p>
            <w:r/>
          </w:p>
        </w:tc>
      </w:tr>
    </w:tbl>
    <w:p/>
    <w:p>
      <w:pPr>
        <w:pStyle w:val="Heading1"/>
      </w:pPr>
      <w:r>
        <w:rPr>
          <w:color w:val="0B0F19"/>
        </w:rPr>
        <w:t>4. Mock interview prompt</w:t>
      </w:r>
    </w:p>
    <w:p>
      <w:r>
        <w:rPr>
          <w:rFonts w:ascii="Consolas" w:hAnsi="Consolas"/>
          <w:i w:val="0"/>
          <w:sz w:val="19"/>
        </w:rPr>
        <w:t>Act as the interviewer for the job ad below. Ask me one question at a time and wait for my answer. Mix experience, behavioural and scenario questions based on the ad. After each answer, ask one realistic follow-up question. After 6 questions, stop and give feedback on each answer: did it answer the question, did it use a specific example with my action and a result, was it about 2 minutes long, and one thing to improve. Be direct; don’t just praise.</w:t>
        <w:br/>
        <w:t>###</w:t>
        <w:br/>
        <w:t>[job ad]</w:t>
        <w:br/>
        <w:t>###</w:t>
      </w:r>
    </w:p>
    <w:p>
      <w:pPr>
        <w:pStyle w:val="Heading1"/>
      </w:pPr>
      <w:r>
        <w:rPr>
          <w:color w:val="0B0F19"/>
        </w:rPr>
        <w:t>5. Mock interview log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  <w:shd w:val="clear" w:color="auto" w:fill="0B0F19"/>
          </w:tcPr>
          <w:p>
            <w:r>
              <w:rPr>
                <w:b/>
                <w:color w:val="FFFFFF"/>
              </w:rPr>
              <w:t>#</w:t>
            </w:r>
          </w:p>
        </w:tc>
        <w:tc>
          <w:tcPr>
            <w:tcW w:type="dxa" w:w="1728"/>
            <w:shd w:val="clear" w:color="auto" w:fill="0B0F19"/>
          </w:tcPr>
          <w:p>
            <w:r>
              <w:rPr>
                <w:b/>
                <w:color w:val="FFFFFF"/>
              </w:rPr>
              <w:t>Question</w:t>
            </w:r>
          </w:p>
        </w:tc>
        <w:tc>
          <w:tcPr>
            <w:tcW w:type="dxa" w:w="1728"/>
            <w:shd w:val="clear" w:color="auto" w:fill="0B0F19"/>
          </w:tcPr>
          <w:p>
            <w:r>
              <w:rPr>
                <w:b/>
                <w:color w:val="FFFFFF"/>
              </w:rPr>
              <w:t>My answer (one line)</w:t>
            </w:r>
          </w:p>
        </w:tc>
        <w:tc>
          <w:tcPr>
            <w:tcW w:type="dxa" w:w="1728"/>
            <w:shd w:val="clear" w:color="auto" w:fill="0B0F19"/>
          </w:tcPr>
          <w:p>
            <w:r>
              <w:rPr>
                <w:b/>
                <w:color w:val="FFFFFF"/>
              </w:rPr>
              <w:t>AI feedback</w:t>
            </w:r>
          </w:p>
        </w:tc>
        <w:tc>
          <w:tcPr>
            <w:tcW w:type="dxa" w:w="1728"/>
            <w:shd w:val="clear" w:color="auto" w:fill="0B0F19"/>
          </w:tcPr>
          <w:p>
            <w:r>
              <w:rPr>
                <w:b/>
                <w:color w:val="FFFFFF"/>
              </w:rPr>
              <w:t>What I will change</w:t>
            </w:r>
          </w:p>
        </w:tc>
      </w:tr>
      <w:tr>
        <w:tc>
          <w:tcPr>
            <w:tcW w:type="dxa" w:w="1728"/>
          </w:tcPr>
          <w:p>
            <w:r>
              <w:t>1</w:t>
            </w:r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>
              <w:t>2</w:t>
            </w:r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>
              <w:t>3</w:t>
            </w:r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>
              <w:t>4</w:t>
            </w:r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>
              <w:t>5</w:t>
            </w:r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>
              <w:t>6</w:t>
            </w:r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</w:tr>
    </w:tbl>
    <w:p/>
    <w:p>
      <w:pPr>
        <w:pStyle w:val="Heading1"/>
      </w:pPr>
      <w:r>
        <w:rPr>
          <w:color w:val="0B0F19"/>
        </w:rPr>
        <w:t>6. Video interview checklist</w:t>
      </w:r>
    </w:p>
    <w:p>
      <w:pPr>
        <w:pStyle w:val="ListBullet"/>
      </w:pPr>
      <w:r>
        <w:t>Camera, microphone and the employer’s platform tested; I know how to mute, turn off my camera and share my screen.</w:t>
      </w:r>
    </w:p>
    <w:p>
      <w:pPr>
        <w:pStyle w:val="ListBullet"/>
      </w:pPr>
      <w:r>
        <w:t>Logged in at least 30 minutes early.</w:t>
      </w:r>
    </w:p>
    <w:p>
      <w:pPr>
        <w:pStyle w:val="ListBullet"/>
      </w:pPr>
      <w:r>
        <w:t>Quiet space, nothing distracting behind me, good light, notifications off.</w:t>
      </w:r>
    </w:p>
    <w:p>
      <w:pPr>
        <w:pStyle w:val="ListBullet"/>
      </w:pPr>
      <w:r>
        <w:t>Camera at eye level; I will look at the camera.</w:t>
      </w:r>
    </w:p>
    <w:p>
      <w:pPr>
        <w:pStyle w:val="ListBullet"/>
      </w:pPr>
      <w:r>
        <w:t>For pre-recorded interviews: read the instructions and used any practice question.</w:t>
      </w:r>
    </w:p>
    <w:p>
      <w:pPr>
        <w:pStyle w:val="ListBullet"/>
      </w:pPr>
      <w:r>
        <w:t>I have checked the employer’s instructions about notes and AI tools.</w:t>
      </w:r>
    </w:p>
    <w:p>
      <w:pPr>
        <w:pStyle w:val="Heading1"/>
      </w:pPr>
      <w:r>
        <w:rPr>
          <w:color w:val="0B0F19"/>
        </w:rPr>
        <w:t>7. My questions for them and follow-up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  <w:shd w:val="clear" w:color="auto" w:fill="0B0F19"/>
          </w:tcPr>
          <w:p>
            <w:r>
              <w:rPr>
                <w:b/>
                <w:color w:val="FFFFFF"/>
              </w:rPr>
              <w:t>Question I will ask</w:t>
            </w:r>
          </w:p>
        </w:tc>
        <w:tc>
          <w:tcPr>
            <w:tcW w:type="dxa" w:w="4320"/>
            <w:shd w:val="clear" w:color="auto" w:fill="0B0F19"/>
          </w:tcPr>
          <w:p>
            <w:r>
              <w:rPr>
                <w:b/>
                <w:color w:val="FFFFFF"/>
              </w:rPr>
              <w:t>Why I want to know</w:t>
            </w:r>
          </w:p>
        </w:tc>
      </w:tr>
      <w:tr>
        <w:tc>
          <w:tcPr>
            <w:tcW w:type="dxa" w:w="4320"/>
          </w:tcPr>
          <w:p>
            <w:r/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/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/>
          </w:p>
        </w:tc>
        <w:tc>
          <w:tcPr>
            <w:tcW w:type="dxa" w:w="4320"/>
          </w:tcPr>
          <w:p>
            <w:r/>
          </w:p>
        </w:tc>
      </w:tr>
    </w:tbl>
    <w:p/>
    <w:p>
      <w:pPr>
        <w:pStyle w:val="ListBullet"/>
      </w:pPr>
      <w:r>
        <w:t>Thank-you email sent (aim for within 24 hours).</w:t>
      </w:r>
    </w:p>
    <w:p>
      <w:pPr>
        <w:pStyle w:val="ListBullet"/>
      </w:pPr>
      <w:r>
        <w:t>If unsuccessful: asked for feedback and noted it here.</w:t>
      </w:r>
    </w:p>
    <w:p/>
    <w:p>
      <w:r>
        <w:rPr>
          <w:color w:val="5B6270"/>
          <w:sz w:val="17"/>
        </w:rPr>
        <w:t>trainyourself.org · Version 24 October 2026 · General information, not careers, legal or employment advice. No course or template can promise an interview or a job. All people and companies in examples are fictional.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Interview practice pack</dc:title>
  <dc:subject/>
  <dc:creator>trainyourself.org</dc:creator>
  <cp:keywords/>
  <dc:description>generated by python-docx</dc:description>
  <cp:lastModifiedBy/>
  <cp:revision>1</cp:revision>
  <dcterms:created xsi:type="dcterms:W3CDTF">2026-10-24T09:00:00Z</dcterms:created>
  <dcterms:modified xsi:type="dcterms:W3CDTF">2026-10-24T09:00:00Z</dcterms:modified>
  <cp:category/>
</cp:coreProperties>
</file>