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marketing prompt pack</w:t>
      </w:r>
    </w:p>
    <w:p>
      <w:r>
        <w:rPr>
          <w:i/>
        </w:rPr>
        <w:t>From the course Market Ready: digital marketing course for beginners, learn it with AI (trainyourself.org). A self-paced course, not an accredited qualification. Sample prompts; the AI tool used in the course examples is shown as [AI TOOL NAME: pending Craig’s decision].</w:t>
      </w:r>
    </w:p>
    <w:p>
      <w:pPr>
        <w:pStyle w:val="Heading1"/>
      </w:pPr>
      <w:r>
        <w:t>Before you paste anything</w:t>
      </w:r>
    </w:p>
    <w:p>
      <w:pPr>
        <w:pStyle w:val="ListBullet"/>
      </w:pPr>
      <w:r>
        <w:t>Don’t paste customers’ names, emails, phone numbers or other personal information into public AI tools (OAIC guidance, AU; similar advice from the ICO, UK).</w:t>
      </w:r>
    </w:p>
    <w:p>
      <w:pPr>
        <w:pStyle w:val="ListBullet"/>
      </w:pPr>
      <w:r>
        <w:t>Don’t paste passwords, client contracts or anything marked confidential.</w:t>
      </w:r>
    </w:p>
    <w:p>
      <w:pPr>
        <w:pStyle w:val="ListBullet"/>
      </w:pPr>
      <w:r>
        <w:t>You are responsible for everything you publish, including AI drafts.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Prompt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Check it</w:t>
            </w:r>
          </w:p>
        </w:tc>
      </w:tr>
      <w:tr>
        <w:tc>
          <w:tcPr>
            <w:tcW w:type="dxa" w:w="2880"/>
          </w:tcPr>
          <w:p>
            <w:r>
              <w:t>1. Plan</w:t>
            </w:r>
          </w:p>
        </w:tc>
        <w:tc>
          <w:tcPr>
            <w:tcW w:type="dxa" w:w="2880"/>
          </w:tcPr>
          <w:p>
            <w:r>
              <w:t>Draft a one-page marketing plan for [business, public details only]. Goal: [measurable goal]. Budget: [amount] and [hours] a week. Use the headings: goal, customer, offer, owned, earned, paid test, measures.</w:t>
            </w:r>
          </w:p>
        </w:tc>
        <w:tc>
          <w:tcPr>
            <w:tcW w:type="dxa" w:w="2880"/>
          </w:tcPr>
          <w:p>
            <w:r>
              <w:t>Cross out promises, unprovable claims (“best”, “#1”) and anything beyond your budget or time.</w:t>
            </w:r>
          </w:p>
        </w:tc>
      </w:tr>
      <w:tr>
        <w:tc>
          <w:tcPr>
            <w:tcW w:type="dxa" w:w="2880"/>
          </w:tcPr>
          <w:p>
            <w:r>
              <w:t>2. Customer</w:t>
            </w:r>
          </w:p>
        </w:tc>
        <w:tc>
          <w:tcPr>
            <w:tcW w:type="dxa" w:w="2880"/>
          </w:tcPr>
          <w:p>
            <w:r>
              <w:t>Group these anonymised review comments into themes and quote two examples for each: [paste comments with names removed].</w:t>
            </w:r>
          </w:p>
        </w:tc>
        <w:tc>
          <w:tcPr>
            <w:tcW w:type="dxa" w:w="2880"/>
          </w:tcPr>
          <w:p>
            <w:r>
              <w:t>Compare the themes with the original text. Did it drop an important complaint? Keep only persona lines you have evidence for.</w:t>
            </w:r>
          </w:p>
        </w:tc>
      </w:tr>
      <w:tr>
        <w:tc>
          <w:tcPr>
            <w:tcW w:type="dxa" w:w="2880"/>
          </w:tcPr>
          <w:p>
            <w:r>
              <w:t>3. SEO</w:t>
            </w:r>
          </w:p>
        </w:tc>
        <w:tc>
          <w:tcPr>
            <w:tcW w:type="dxa" w:w="2880"/>
          </w:tcPr>
          <w:p>
            <w:r>
              <w:t>Write a content brief and a 140-160 character meta description for a page about [topic] for [customer]. The search results for this phrase are mostly [guides/shops].</w:t>
            </w:r>
          </w:p>
        </w:tc>
        <w:tc>
          <w:tcPr>
            <w:tcW w:type="dxa" w:w="2880"/>
          </w:tcPr>
          <w:p>
            <w:r>
              <w:t>Remove unprovable claims; add one thing only you know (photos, prices, experience). Don’t mass-produce near-identical pages.</w:t>
            </w:r>
          </w:p>
        </w:tc>
      </w:tr>
      <w:tr>
        <w:tc>
          <w:tcPr>
            <w:tcW w:type="dxa" w:w="2880"/>
          </w:tcPr>
          <w:p>
            <w:r>
              <w:t>4. Content and email</w:t>
            </w:r>
          </w:p>
        </w:tc>
        <w:tc>
          <w:tcPr>
            <w:tcW w:type="dxa" w:w="2880"/>
          </w:tcPr>
          <w:p>
            <w:r>
              <w:t>Turn this idea into a social post, an email tip and a website paragraph, in the voice of these two examples: [paste your writing].</w:t>
            </w:r>
          </w:p>
        </w:tc>
        <w:tc>
          <w:tcPr>
            <w:tcW w:type="dxa" w:w="2880"/>
          </w:tcPr>
          <w:p>
            <w:r>
              <w:t>Check facts, subject lines (no clickbait), consent, sender details and unsubscribe link. Disclose anything paid or gifted.</w:t>
            </w:r>
          </w:p>
        </w:tc>
      </w:tr>
      <w:tr>
        <w:tc>
          <w:tcPr>
            <w:tcW w:type="dxa" w:w="2880"/>
          </w:tcPr>
          <w:p>
            <w:r>
              <w:t>5. Ads</w:t>
            </w:r>
          </w:p>
        </w:tc>
        <w:tc>
          <w:tcPr>
            <w:tcW w:type="dxa" w:w="2880"/>
          </w:tcPr>
          <w:p>
            <w:r>
              <w:t>Write five search ad headlines (max 30 characters) for [product] for [customer].</w:t>
            </w:r>
          </w:p>
        </w:tc>
        <w:tc>
          <w:tcPr>
            <w:tcW w:type="dxa" w:w="2880"/>
          </w:tcPr>
          <w:p>
            <w:r>
              <w:t>Strike out any claim you can’t prove and anything against the platform’s ad policy (checked on the date you run it).</w:t>
            </w:r>
          </w:p>
        </w:tc>
      </w:tr>
      <w:tr>
        <w:tc>
          <w:tcPr>
            <w:tcW w:type="dxa" w:w="2880"/>
          </w:tcPr>
          <w:p>
            <w:r>
              <w:t>6. Measure</w:t>
            </w:r>
          </w:p>
        </w:tc>
        <w:tc>
          <w:tcPr>
            <w:tcW w:type="dxa" w:w="2880"/>
          </w:tcPr>
          <w:p>
            <w:r>
              <w:t>Summarise these monthly numbers in five bullet points: [paste aggregate numbers only].</w:t>
            </w:r>
          </w:p>
        </w:tc>
        <w:tc>
          <w:tcPr>
            <w:tcW w:type="dxa" w:w="2880"/>
          </w:tcPr>
          <w:p>
            <w:r>
              <w:t>Check every figure in the summary against the raw report before you share it.</w:t>
            </w:r>
          </w:p>
        </w:tc>
      </w:tr>
    </w:tbl>
    <w:p/>
    <w:p>
      <w:pPr>
        <w:pStyle w:val="Heading1"/>
      </w:pPr>
      <w:r>
        <w:t>Scam red flags</w:t>
      </w:r>
    </w:p>
    <w:p>
      <w:pPr>
        <w:pStyle w:val="ListBullet"/>
      </w:pPr>
      <w:r>
        <w:t>Anyone guaranteeing first place on Google (Google’s own advice: find someone else)</w:t>
      </w:r>
    </w:p>
    <w:p>
      <w:pPr>
        <w:pStyle w:val="ListBullet"/>
      </w:pPr>
      <w:r>
        <w:t>Sellers of reviews or followers</w:t>
      </w:r>
    </w:p>
    <w:p>
      <w:pPr>
        <w:pStyle w:val="ListBullet"/>
      </w:pPr>
      <w:r>
        <w:t>“AI marketing on autopilot” courses or tools promising income</w:t>
      </w:r>
    </w:p>
    <w:p>
      <w:pPr>
        <w:pStyle w:val="ListBullet"/>
      </w:pPr>
      <w:r>
        <w:t>“Your page will be disabled” messages with a login link</w:t>
      </w:r>
    </w:p>
    <w:p>
      <w:r>
        <w:t>More: job and money-making scams: trainyourself.org/earn/find-work/legit-work-from-home-jobs/ (lessons 3, 5 and 6); scam texts and calls: trainyourself.org/life/scam-safe/spot-phishing-and-scams/. Report: Scamwatch (AU), ReportFraud.ftc.gov (US), Report Fraud at reportfraud.police.uk (UK; Scotland: 101).</w:t>
      </w:r>
    </w:p>
    <w:p/>
    <w:p>
      <w:r>
        <w:rPr>
          <w:color w:val="5B6270"/>
          <w:sz w:val="17"/>
        </w:rPr>
        <w:t>trainyourself.org · Version 24 October 2026 · General information, not legal, tax or financial advice. No income or job outcome is promised. Platform rules and fees change; recheck them.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marketing prompt pack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