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Credit report dispute letter template</w:t>
      </w:r>
    </w:p>
    <w:p>
      <w:r>
        <w:rPr>
          <w:i/>
        </w:rPr>
        <w:t>From the course Credit scores: how they work and how to improve yours (trainyourself.org/finance/money-admin/credit-scores-explained/). Disputing an error is free in Australia, the UK and the US: you don’t need to pay anyone to do this.</w:t>
      </w:r>
    </w:p>
    <w:p>
      <w:r>
        <w:t>Send to the credit reporting body / credit reference agency / credit bureau, and (where the error came from a lender) to that lender too. Keep a copy of everything and note the date sent. Never include passwords; use only the last four digits of account numbers.</w:t>
      </w:r>
    </w:p>
    <w:p>
      <w:pPr>
        <w:pStyle w:val="Heading2"/>
      </w:pPr>
      <w:r>
        <w:t>Letter</w:t>
      </w:r>
    </w:p>
    <w:p>
      <w:r>
        <w:t>[Your full name]</w:t>
        <w:br/>
        <w:t>[Your address, and any previous addresses the agency may need]</w:t>
        <w:br/>
        <w:t>[Date of birth]</w:t>
        <w:br/>
        <w:t>[Date]</w:t>
      </w:r>
    </w:p>
    <w:p>
      <w:r>
        <w:t>To: [Agency or bureau name and address]   cc: [Lender name and address, if the error came from them]</w:t>
      </w:r>
    </w:p>
    <w:p>
      <w:r>
        <w:t>Re: Dispute of information on my credit report, reference [report reference], dated [report date]</w:t>
      </w:r>
    </w:p>
    <w:p>
      <w:r>
        <w:t>1. Item disputed: [Copy the line exactly as it appears: lender, account ending ####, amount, date]</w:t>
      </w:r>
    </w:p>
    <w:p>
      <w:r>
        <w:t>2. What is wrong: [One sentence: e.g. "This account appears twice with the same account number and dates."]</w:t>
      </w:r>
    </w:p>
    <w:p>
      <w:r>
        <w:t>3. What the correct entry should be: [e.g. "Please remove the duplicate entry."]</w:t>
      </w:r>
    </w:p>
    <w:p>
      <w:r>
        <w:t>4. Evidence attached: [List each document: statement dated..., contract dated..., letter from...]</w:t>
      </w:r>
    </w:p>
    <w:p>
      <w:r>
        <w:t>5. Please investigate and correct or remove the inaccurate information, and send me written confirmation and an updated copy of my report.</w:t>
      </w:r>
    </w:p>
    <w:p>
      <w:r>
        <w:t>If this isn’t resolved by [date], I will escalate my complaint as set out below.</w:t>
      </w:r>
    </w:p>
    <w:p>
      <w:r>
        <w:t>Signed: ____________________</w:t>
      </w:r>
    </w:p>
    <w:p>
      <w:pPr>
        <w:pStyle w:val="Heading2"/>
      </w:pPr>
      <w:r>
        <w:t>Where to escalate (checked 24 October 2026)</w:t>
      </w:r>
    </w:p>
    <w:tbl>
      <w:tblPr>
        <w:tblStyle w:val="TableGrid"/>
        <w:tblW w:type="auto" w:w="0"/>
        <w:tblLook w:firstColumn="1" w:firstRow="1" w:lastColumn="0" w:lastRow="0" w:noHBand="0" w:noVBand="1" w:val="04A0"/>
      </w:tblPr>
      <w:tblGrid>
        <w:gridCol w:w="4320"/>
        <w:gridCol w:w="4320"/>
      </w:tblGrid>
      <w:tr>
        <w:tc>
          <w:tcPr>
            <w:tcW w:type="dxa" w:w="4320"/>
          </w:tcPr>
          <w:p>
            <w:r>
              <w:t>Country</w:t>
            </w:r>
          </w:p>
        </w:tc>
        <w:tc>
          <w:tcPr>
            <w:tcW w:type="dxa" w:w="4320"/>
          </w:tcPr>
          <w:p>
            <w:r>
              <w:t>Route</w:t>
            </w:r>
          </w:p>
        </w:tc>
      </w:tr>
      <w:tr>
        <w:tc>
          <w:tcPr>
            <w:tcW w:type="dxa" w:w="4320"/>
          </w:tcPr>
          <w:p>
            <w:r>
              <w:t>Australia</w:t>
            </w:r>
          </w:p>
        </w:tc>
        <w:tc>
          <w:tcPr>
            <w:tcW w:type="dxa" w:w="4320"/>
          </w:tcPr>
          <w:p>
            <w:r>
              <w:t>Contact the agency or the lender; they must help you. If you can’t agree, complain to the Australian Financial Complaints Authority (AFCA), free call 1800 931 678, afca.org.au. Free help from a financial counsellor: National Debt Helpline 1800 007 007. (Moneysmart: Credit repair.)</w:t>
            </w:r>
          </w:p>
        </w:tc>
      </w:tr>
      <w:tr>
        <w:tc>
          <w:tcPr>
            <w:tcW w:type="dxa" w:w="4320"/>
          </w:tcPr>
          <w:p>
            <w:r>
              <w:t>United Kingdom</w:t>
            </w:r>
          </w:p>
        </w:tc>
        <w:tc>
          <w:tcPr>
            <w:tcW w:type="dxa" w:w="4320"/>
          </w:tcPr>
          <w:p>
            <w:r>
              <w:t>Raise it with the credit reference agency; if the problem is in a lender’s data, contact the lender too. If both won’t correct an obvious inaccuracy, you may complain to the ICO. For written requests, keep a copy and consider recorded delivery. (ICO: Credit.)</w:t>
            </w:r>
          </w:p>
        </w:tc>
      </w:tr>
      <w:tr>
        <w:tc>
          <w:tcPr>
            <w:tcW w:type="dxa" w:w="4320"/>
          </w:tcPr>
          <w:p>
            <w:r>
              <w:t>United States</w:t>
            </w:r>
          </w:p>
        </w:tc>
        <w:tc>
          <w:tcPr>
            <w:tcW w:type="dxa" w:w="4320"/>
          </w:tcPr>
          <w:p>
            <w:r>
              <w:t>Dispute in writing with the credit reporting company (Experian, Equifax and/or TransUnion), saying what is wrong and why, with copies of supporting documents. You can also dispute with the business that supplied the information, and submit a complaint to the CFPB. If it looks like identity theft, see IdentityTheft.gov. (CFPB: How do I dispute an error on my credit report?; FTC: Free credit reports.)</w:t>
            </w:r>
          </w:p>
        </w:tc>
      </w:tr>
    </w:tbl>
    <w:p>
      <w:pPr>
        <w:pStyle w:val="Heading2"/>
      </w:pPr>
      <w:r>
        <w:t>Worked example (fictional)</w:t>
      </w:r>
    </w:p>
    <w:p>
      <w:r>
        <w:t>Re: Dispute of information on my credit report, reference 00-FICTION-123, dated 3 October.</w:t>
        <w:br/>
        <w:t>1. Item disputed: "Mobile phone contract, Brightline Mobile, account ending 4471, opened 12 Feb" (appears twice).</w:t>
        <w:br/>
        <w:t>2. What is wrong: This account appears twice with the same account number and dates. I have only one contract.</w:t>
        <w:br/>
        <w:t>3. What the correct entry should be: Please remove the duplicate entry.</w:t>
        <w:br/>
        <w:t>4. Evidence attached: Brightline contract dated 12 Feb; latest Brightline bill showing one account.</w:t>
        <w:br/>
        <w:t>5. Please investigate and correct, and send me written confirmation and an updated copy of my report.</w:t>
      </w:r>
    </w:p>
    <w:p>
      <w:r>
        <w:t>All names, references and dates in the example are fictional.</w:t>
      </w:r>
    </w:p>
    <w:p>
      <w:pPr>
        <w:pStyle w:val="Heading2"/>
      </w:pPr>
      <w:r>
        <w:t>Practice task (about 15 minutes, moved here from lesson 4)</w:t>
      </w:r>
    </w:p>
    <w:p>
      <w:r>
        <w:t>Pick one line from your own report that’s wrong, or use the duplicate phone contract from the lesson 4 example. Fill in the letter above. Don’t include your full account number in anything you share online; the last four digits identify it.</w:t>
      </w:r>
    </w:p>
    <w:p>
      <w:pPr>
        <w:pStyle w:val="Heading3"/>
      </w:pPr>
      <w:r>
        <w:t>Model answer</w:t>
      </w:r>
    </w:p>
    <w:p>
      <w:r>
        <w:t>A strong draft names the agency and lender, quotes the item exactly as it appears, says in one sentence what’s wrong ("This account appears twice with the same number and dates"), says what the correct entry is ("Remove the duplicate entry"), lists the evidence attached (a statement or contract), and gives a date by which you’ll escalate (to AFCA, the ICO or the CFPB) if there’s no fix.</w:t>
      </w:r>
    </w:p>
    <w:p/>
    <w:p>
      <w:r>
        <w:rPr>
          <w:color w:val="5B6270"/>
          <w:sz w:val="17"/>
        </w:rPr>
        <w:t>trainyourself.org · Version 24 October 2026 · General information only, not financial, credit, tax or legal advice. It doesn’t take into account your objectives, financial situation or needs, and trainyourself.org doesn’t recommend any financial product or provider. Consider getting advice from a licensed professional before you act.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report dispute letter template</dc:title>
  <dc:subject/>
  <dc:creator>trainyourself.org</dc:creator>
  <cp:keywords/>
  <dc:description>generated by python-docx</dc:description>
  <cp:lastModifiedBy/>
  <cp:revision>1</cp:revision>
  <dcterms:created xsi:type="dcterms:W3CDTF">2013-12-23T23:15:00Z</dcterms:created>
  <dcterms:modified xsi:type="dcterms:W3CDTF">2013-12-23T23:15:00Z</dcterms:modified>
  <cp:category/>
</cp:coreProperties>
</file>