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Stress toolkit planner</w:t>
      </w:r>
    </w:p>
    <w:p>
      <w:r>
        <w:rPr>
          <w:i/>
        </w:rPr>
        <w:t>From the course Stress Less: a stress management course with practical techniques (trainyourself.org/health/mind-and-stress/stress-management-basics/). Based on WHO, NHS, healthdirect, CDC and NIMH guidance, checked 24 October 2026.</w:t>
      </w:r>
    </w:p>
    <w:p>
      <w:r>
        <w:t>For everyday stress. This planner isn’t a test and doesn’t diagnose anything. Breathing and relaxation here support you through ordinary stress; they are not a treatment. If stress is affecting your daily life, or you’re worried about your mood, talk to your doctor or a mental health professional.</w:t>
      </w:r>
    </w:p>
    <w:p>
      <w:pPr>
        <w:pStyle w:val="Heading1"/>
      </w:pPr>
      <w:r>
        <w:t>1. My stress map (lesson 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Area (work, money, family, health, me...)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What’s happening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How much can I influence it?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First step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t>Coping habits to watch for (NHS, healthdirect): relying on alcohol, smoking, caffeine, gambling or drugs; avoiding people or the things that stress you; restricting your diet; self-harm. If you notice these, it’s a signal to get support.</w:t>
      </w:r>
    </w:p>
    <w:p>
      <w:pPr>
        <w:pStyle w:val="Heading1"/>
      </w:pPr>
      <w:r>
        <w:t>2. My weekly toolkit (lessons 3 to 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Part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plan</w:t>
            </w:r>
          </w:p>
        </w:tc>
      </w:tr>
      <w:tr>
        <w:tc>
          <w:tcPr>
            <w:tcW w:type="dxa" w:w="4320"/>
          </w:tcPr>
          <w:p>
            <w:r>
              <w:t>Daily basic 1 (routine, sleep, activity, connection, news breaks, gratitude)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Daily basic 2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reset for stressful moments (e.g. NHS breathing exercise: gently, in through the nose and out through the mouth, as deep into the belly as is comfortable, without forcing it; at least 5 minutes)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When I’ll use 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One practical step on my biggest stressor this week (split it up, prioritise, plan ahead, say no, talk to my employer)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Something I enjoy (behavioural activation)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Something that gives me a sense of achievement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Two people I can talk 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Review date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3. When I’ll get help (lesson 6)</w:t>
      </w:r>
    </w:p>
    <w:p>
      <w:r>
        <w:t>healthdirect says to seek help if, for example: you still feel overwhelmed after trying relaxation and other healthy coping and speaking to someone you trust; stress is making your regular activities difficult; you’re turning to unhealthy coping; your appetite or sleep changes; or you have thoughts of self-harm or suicide.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320"/>
          </w:tcPr>
          <w:p>
            <w:r>
              <w:t>The signs that mean “book the GP now”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GP / doctor and phone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Employee Assistance Program (if any)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Someone I’d tell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Questions for my doctor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Support lines (checked 24 October 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Country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Who to contact</w:t>
            </w:r>
          </w:p>
        </w:tc>
      </w:tr>
      <w:tr>
        <w:tc>
          <w:tcPr>
            <w:tcW w:type="dxa" w:w="4320"/>
          </w:tcPr>
          <w:p>
            <w:r>
              <w:t>Australia</w:t>
            </w:r>
          </w:p>
        </w:tc>
        <w:tc>
          <w:tcPr>
            <w:tcW w:type="dxa" w:w="4320"/>
          </w:tcPr>
          <w:p>
            <w:r>
              <w:t>Emergency 000. Lifeline 13 11 14 (crisis, 24/7). Beyond Blue 1300 22 4636 (talk to a counsellor, 24/7). Medicare Mental Health 1800 595 212 (advice and connection to local services). healthdirect 1800 022 222.</w:t>
            </w:r>
          </w:p>
        </w:tc>
      </w:tr>
      <w:tr>
        <w:tc>
          <w:tcPr>
            <w:tcW w:type="dxa" w:w="4320"/>
          </w:tcPr>
          <w:p>
            <w:r>
              <w:t>UK</w:t>
            </w:r>
          </w:p>
        </w:tc>
        <w:tc>
          <w:tcPr>
            <w:tcW w:type="dxa" w:w="4320"/>
          </w:tcPr>
          <w:p>
            <w:r>
              <w:t>Emergency 999. Samaritans 116 123. NHS 111 online, or call 111 and select the mental health option. Text SHOUT to 85258. In England, self-refer to NHS talking therapies.</w:t>
            </w:r>
          </w:p>
        </w:tc>
      </w:tr>
      <w:tr>
        <w:tc>
          <w:tcPr>
            <w:tcW w:type="dxa" w:w="4320"/>
          </w:tcPr>
          <w:p>
            <w:r>
              <w:t>US</w:t>
            </w:r>
          </w:p>
        </w:tc>
        <w:tc>
          <w:tcPr>
            <w:tcW w:type="dxa" w:w="4320"/>
          </w:tcPr>
          <w:p>
            <w:r>
              <w:t>Emergency 911. Call or text 988 (Suicide &amp; Crisis Lifeline), or chat at 988lifeline.org. Your doctor or healthcare provider.</w:t>
            </w:r>
          </w:p>
        </w:tc>
      </w:tr>
    </w:tbl>
    <w:p>
      <w:r>
        <w:t>If you or someone else is in danger, call 000, 999 or 911 now.</w:t>
      </w:r>
    </w:p>
    <w:p/>
    <w:p>
      <w:r>
        <w:rPr>
          <w:sz w:val="17"/>
        </w:rPr>
        <w:t>trainyourself.org · Version 24 October 2026 · General information only, not medical advice. Talk to your doctor or another qualified health professional about your situation. Emergency: 000 (Australia), 999 (UK), 911 (US). Crisis: Lifeline 13 11 14 (AU), Samaritans 116 123 (UK), call or text 988 (US).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Stress toolkit planner</dc:title>
  <dc:subject/>
  <dc:creator>trainyourself.org</dc:creator>
  <cp:keywords/>
  <dc:description>generated by python-docx</dc:description>
  <cp:lastModifiedBy/>
  <cp:revision>1</cp:revision>
  <dcterms:created xsi:type="dcterms:W3CDTF">2026-10-24T09:00:00Z</dcterms:created>
  <dcterms:modified xsi:type="dcterms:W3CDTF">2026-10-24T09:00:00Z</dcterms:modified>
  <cp:category/>
</cp:coreProperties>
</file>